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sz w:val="20"/>
        </w:rPr>
        <w:t>Instrucciones: sustituye todo lo resaltado en amarillo y borra los motivos (A a H) que no te correspondan. Antes de enviarlo, quita el resaltado y esta nota. Plantilla de la Guía ZBE y etiquetas 2026–2027. Uso divulgativo; no constituye asesoramiento jurídico.</w:t>
      </w:r>
    </w:p>
    <w:p>
      <w:r>
        <w:rPr>
          <w:b/>
        </w:rPr>
        <w:t xml:space="preserve">AL AYUNTAMIENTO DE </w:t>
      </w:r>
      <w:r>
        <w:rPr>
          <w:b/>
          <w:highlight w:val="yellow"/>
        </w:rPr>
        <w:t>[CIUDAD]</w:t>
      </w:r>
    </w:p>
    <w:p>
      <w:r>
        <w:rPr>
          <w:b/>
          <w:highlight w:val="yellow"/>
        </w:rPr>
        <w:t>[Área de Movilidad / Departamento de Multas, según figure en la notificación]</w:t>
      </w:r>
    </w:p>
    <w:p>
      <w:r>
        <w:rPr>
          <w:b/>
        </w:rPr>
        <w:t>Asunto:</w:t>
      </w:r>
      <w:r>
        <w:t xml:space="preserve"> Alegaciones al expediente sancionador n.º </w:t>
      </w:r>
      <w:r>
        <w:rPr>
          <w:highlight w:val="yellow"/>
        </w:rPr>
        <w:t>[NÚMERO DE EXPEDIENTE]</w:t>
      </w:r>
    </w:p>
    <w:p>
      <w:pPr>
        <w:jc w:val="both"/>
      </w:pPr>
      <w:r>
        <w:t xml:space="preserve">D./D.ª </w:t>
      </w:r>
      <w:r>
        <w:rPr>
          <w:highlight w:val="yellow"/>
        </w:rPr>
        <w:t>[NOMBRE Y APELLIDOS]</w:t>
      </w:r>
      <w:r>
        <w:t xml:space="preserve">, con DNI </w:t>
      </w:r>
      <w:r>
        <w:rPr>
          <w:highlight w:val="yellow"/>
        </w:rPr>
        <w:t>[NÚMERO]</w:t>
      </w:r>
      <w:r>
        <w:t xml:space="preserve">, y domicilio a efectos de notificaciones en </w:t>
      </w:r>
      <w:r>
        <w:rPr>
          <w:highlight w:val="yellow"/>
        </w:rPr>
        <w:t>[DIRECCIÓN COMPLETA, CÓDIGO POSTAL Y LOCALIDAD]</w:t>
      </w:r>
      <w:r>
        <w:t xml:space="preserve">, teléfono </w:t>
      </w:r>
      <w:r>
        <w:rPr>
          <w:highlight w:val="yellow"/>
        </w:rPr>
        <w:t>[TELÉFONO]</w:t>
      </w:r>
      <w:r>
        <w:t xml:space="preserve"> y correo electrónico </w:t>
      </w:r>
      <w:r>
        <w:rPr>
          <w:highlight w:val="yellow"/>
        </w:rPr>
        <w:t>[CORREO]</w:t>
      </w:r>
      <w:r>
        <w:t xml:space="preserve">, como titular del vehículo con matrícula </w:t>
      </w:r>
      <w:r>
        <w:rPr>
          <w:highlight w:val="yellow"/>
        </w:rPr>
        <w:t>[MATRÍCULA]</w:t>
      </w:r>
      <w:r>
        <w:t xml:space="preserve">, marca y modelo </w:t>
      </w:r>
      <w:r>
        <w:rPr>
          <w:highlight w:val="yellow"/>
        </w:rPr>
        <w:t>[MARCA Y MODELO]</w:t>
      </w:r>
      <w:r>
        <w:t>,</w:t>
      </w:r>
    </w:p>
    <w:p>
      <w:r>
        <w:rPr>
          <w:b/>
        </w:rPr>
        <w:t>EXPONE:</w:t>
      </w:r>
    </w:p>
    <w:p>
      <w:pPr>
        <w:jc w:val="both"/>
      </w:pPr>
      <w:r>
        <w:rPr>
          <w:b/>
        </w:rPr>
        <w:t>Primero.</w:t>
      </w:r>
      <w:r>
        <w:t xml:space="preserve"> Que con fecha </w:t>
      </w:r>
      <w:r>
        <w:rPr>
          <w:highlight w:val="yellow"/>
        </w:rPr>
        <w:t>[FECHA EN QUE RECIBISTE LA NOTIFICACIÓN]</w:t>
      </w:r>
      <w:r>
        <w:t xml:space="preserve"> he recibido notificación de denuncia por la supuesta infracción consistente en </w:t>
      </w:r>
      <w:r>
        <w:rPr>
          <w:highlight w:val="yellow"/>
        </w:rPr>
        <w:t>[COPIA EL HECHO DENUNCIADO TAL COMO APARECE]</w:t>
      </w:r>
      <w:r>
        <w:t xml:space="preserve">, cometida el día </w:t>
      </w:r>
      <w:r>
        <w:rPr>
          <w:highlight w:val="yellow"/>
        </w:rPr>
        <w:t>[FECHA]</w:t>
      </w:r>
      <w:r>
        <w:t xml:space="preserve"> a las </w:t>
      </w:r>
      <w:r>
        <w:rPr>
          <w:highlight w:val="yellow"/>
        </w:rPr>
        <w:t>[HORA]</w:t>
      </w:r>
      <w:r>
        <w:t xml:space="preserve"> en </w:t>
      </w:r>
      <w:r>
        <w:rPr>
          <w:highlight w:val="yellow"/>
        </w:rPr>
        <w:t>[LUGAR]</w:t>
      </w:r>
      <w:r>
        <w:t xml:space="preserve">, con una sanción de </w:t>
      </w:r>
      <w:r>
        <w:rPr>
          <w:highlight w:val="yellow"/>
        </w:rPr>
        <w:t>[IMPORTE]</w:t>
      </w:r>
      <w:r>
        <w:t xml:space="preserve"> euros.</w:t>
      </w:r>
    </w:p>
    <w:p>
      <w:pPr>
        <w:jc w:val="both"/>
      </w:pPr>
      <w:r>
        <w:rPr>
          <w:b/>
        </w:rPr>
        <w:t>Segundo.</w:t>
      </w:r>
      <w:r>
        <w:t xml:space="preserve"> Que dentro del plazo de veinte días naturales concedido, presento las siguientes alegaciones:</w:t>
      </w:r>
    </w:p>
    <w:p>
      <w:pPr>
        <w:ind w:left="567"/>
        <w:jc w:val="both"/>
      </w:pPr>
      <w:r>
        <w:rPr>
          <w:b/>
        </w:rPr>
        <w:t>A. Derecho de acceso.</w:t>
      </w:r>
      <w:r>
        <w:t xml:space="preserve"> Que el vehículo tenía derecho a circular por la zona en la fecha indicada, al estar </w:t>
      </w:r>
      <w:r>
        <w:rPr>
          <w:highlight w:val="yellow"/>
        </w:rPr>
        <w:t>[empadronado en el municipio / autorizado como vehículo de persona con movilidad reducida / dirigiéndose a un aparcamiento público / con autorización temporal n.º ___]</w:t>
      </w:r>
      <w:r>
        <w:t>, según acredito con los documentos que adjunto.</w:t>
      </w:r>
    </w:p>
    <w:p>
      <w:pPr>
        <w:ind w:left="567"/>
        <w:jc w:val="both"/>
      </w:pPr>
      <w:r>
        <w:rPr>
          <w:b/>
        </w:rPr>
        <w:t>B. Error en la identificación.</w:t>
      </w:r>
      <w:r>
        <w:t xml:space="preserve"> Que el vehículo denunciado no corresponde al de mi titularidad, ya que </w:t>
      </w:r>
      <w:r>
        <w:rPr>
          <w:highlight w:val="yellow"/>
        </w:rPr>
        <w:t>[explica el error: matrícula mal leída, modelo distinto…]</w:t>
      </w:r>
      <w:r>
        <w:t>, como se aprecia en la fotografía del expediente y en la documentación que adjunto.</w:t>
      </w:r>
    </w:p>
    <w:p>
      <w:pPr>
        <w:ind w:left="567"/>
        <w:jc w:val="both"/>
      </w:pPr>
      <w:r>
        <w:rPr>
          <w:b/>
        </w:rPr>
        <w:t>C. Clasificación ambiental.</w:t>
      </w:r>
      <w:r>
        <w:t xml:space="preserve"> Que el vehículo cumple la norma de emisiones </w:t>
      </w:r>
      <w:r>
        <w:rPr>
          <w:highlight w:val="yellow"/>
        </w:rPr>
        <w:t>[EURO X]</w:t>
      </w:r>
      <w:r>
        <w:t xml:space="preserve"> y le corresponde el distintivo ambiental </w:t>
      </w:r>
      <w:r>
        <w:rPr>
          <w:highlight w:val="yellow"/>
        </w:rPr>
        <w:t>[ETIQUETA]</w:t>
      </w:r>
      <w:r>
        <w:t xml:space="preserve">, que permite el acceso a la zona, según acredito con </w:t>
      </w:r>
      <w:r>
        <w:rPr>
          <w:highlight w:val="yellow"/>
        </w:rPr>
        <w:t>[ficha técnica actualizada / certificado del fabricante]</w:t>
      </w:r>
      <w:r>
        <w:t>.</w:t>
      </w:r>
    </w:p>
    <w:p>
      <w:pPr>
        <w:ind w:left="567"/>
        <w:jc w:val="both"/>
      </w:pPr>
      <w:r>
        <w:rPr>
          <w:b/>
        </w:rPr>
        <w:t>D. Cambio de titular, baja o robo.</w:t>
      </w:r>
      <w:r>
        <w:t xml:space="preserve"> Que en la fecha de la supuesta infracción yo no era titular del vehículo / el vehículo estaba dado de baja / había sido sustraído, según acredito con </w:t>
      </w:r>
      <w:r>
        <w:rPr>
          <w:highlight w:val="yellow"/>
        </w:rPr>
        <w:t>[contrato de compraventa / justificante de baja / denuncia de fecha ___]</w:t>
      </w:r>
      <w:r>
        <w:t>.</w:t>
      </w:r>
    </w:p>
    <w:p>
      <w:pPr>
        <w:ind w:left="567"/>
        <w:jc w:val="both"/>
      </w:pPr>
      <w:r>
        <w:rPr>
          <w:b/>
        </w:rPr>
        <w:t>E. Fuera de horario.</w:t>
      </w:r>
      <w:r>
        <w:t xml:space="preserve"> Que la restricción de acceso solo se aplica </w:t>
      </w:r>
      <w:r>
        <w:rPr>
          <w:highlight w:val="yellow"/>
        </w:rPr>
        <w:t>[indica el horario]</w:t>
      </w:r>
      <w:r>
        <w:t xml:space="preserve">, y la supuesta infracción se produjo a las </w:t>
      </w:r>
      <w:r>
        <w:rPr>
          <w:highlight w:val="yellow"/>
        </w:rPr>
        <w:t>[HORA]</w:t>
      </w:r>
      <w:r>
        <w:t>, fuera de dicho horario.</w:t>
      </w:r>
    </w:p>
    <w:p>
      <w:pPr>
        <w:ind w:left="567"/>
        <w:jc w:val="both"/>
      </w:pPr>
      <w:r>
        <w:rPr>
          <w:b/>
        </w:rPr>
        <w:t>F. Señalización.</w:t>
      </w:r>
      <w:r>
        <w:t xml:space="preserve"> Que en el acceso por </w:t>
      </w:r>
      <w:r>
        <w:rPr>
          <w:highlight w:val="yellow"/>
        </w:rPr>
        <w:t>[NOMBRE DE LA CALLE]</w:t>
      </w:r>
      <w:r>
        <w:t xml:space="preserve"> no existía señalización que advirtiera de la restricción, como muestran las fotografías que adjunto, tomadas el día </w:t>
      </w:r>
      <w:r>
        <w:rPr>
          <w:highlight w:val="yellow"/>
        </w:rPr>
        <w:t>[FECHA]</w:t>
      </w:r>
      <w:r>
        <w:t>.</w:t>
      </w:r>
    </w:p>
    <w:p>
      <w:pPr>
        <w:ind w:left="567"/>
        <w:jc w:val="both"/>
      </w:pPr>
      <w:r>
        <w:rPr>
          <w:b/>
        </w:rPr>
        <w:t>G. Ordenanza anulada.</w:t>
      </w:r>
      <w:r>
        <w:t xml:space="preserve"> Que la ordenanza en la que se basa la sanción ha sido anulada por sentencia del </w:t>
      </w:r>
      <w:r>
        <w:rPr>
          <w:highlight w:val="yellow"/>
        </w:rPr>
        <w:t>[TRIBUNAL]</w:t>
      </w:r>
      <w:r>
        <w:t xml:space="preserve"> de fecha </w:t>
      </w:r>
      <w:r>
        <w:rPr>
          <w:highlight w:val="yellow"/>
        </w:rPr>
        <w:t>[FECHA]</w:t>
      </w:r>
      <w:r>
        <w:t>, por lo que la sanción carece de fundamento legal.</w:t>
      </w:r>
    </w:p>
    <w:p>
      <w:pPr>
        <w:ind w:left="567"/>
        <w:jc w:val="both"/>
      </w:pPr>
      <w:r>
        <w:rPr>
          <w:b/>
        </w:rPr>
        <w:t>H. Otro motivo.</w:t>
      </w:r>
      <w:r>
        <w:t xml:space="preserve"> </w:t>
      </w:r>
      <w:r>
        <w:rPr>
          <w:highlight w:val="yellow"/>
        </w:rPr>
        <w:t>[Explica tu motivo de forma breve y concreta.]</w:t>
      </w:r>
    </w:p>
    <w:p>
      <w:pPr>
        <w:jc w:val="both"/>
      </w:pPr>
      <w:r>
        <w:rPr>
          <w:b/>
        </w:rPr>
        <w:t>Tercero.</w:t>
      </w:r>
      <w:r>
        <w:t xml:space="preserve"> Que solicito que se me facilite copia íntegra del expediente, incluidas las fotografías y los datos de verificación del sistema de captación de imágenes.</w:t>
      </w:r>
    </w:p>
    <w:p>
      <w:r>
        <w:t>Por todo lo expuesto,</w:t>
      </w:r>
    </w:p>
    <w:p>
      <w:pPr>
        <w:jc w:val="both"/>
      </w:pPr>
      <w:r>
        <w:rPr>
          <w:b/>
        </w:rPr>
        <w:t>SOLICITA:</w:t>
      </w:r>
      <w:r>
        <w:t xml:space="preserve"> Que se tengan por presentadas estas alegaciones, se admitan los documentos que se acompañan y, en su virtud, se acuerde el archivo del expediente sancionador sin imposición de sanción alguna.</w:t>
      </w:r>
    </w:p>
    <w:p>
      <w:r>
        <w:t xml:space="preserve">En </w:t>
      </w:r>
      <w:r>
        <w:rPr>
          <w:highlight w:val="yellow"/>
        </w:rPr>
        <w:t>[LOCALIDAD]</w:t>
      </w:r>
      <w:r>
        <w:t xml:space="preserve">, a </w:t>
      </w:r>
      <w:r>
        <w:rPr>
          <w:highlight w:val="yellow"/>
        </w:rPr>
        <w:t>[DÍA]</w:t>
      </w:r>
      <w:r>
        <w:t xml:space="preserve"> de </w:t>
      </w:r>
      <w:r>
        <w:rPr>
          <w:highlight w:val="yellow"/>
        </w:rPr>
        <w:t>[MES]</w:t>
      </w:r>
      <w:r>
        <w:t xml:space="preserve"> de </w:t>
      </w:r>
      <w:r>
        <w:rPr>
          <w:highlight w:val="yellow"/>
        </w:rPr>
        <w:t>[AÑO]</w:t>
      </w:r>
      <w:r>
        <w:t>.</w:t>
      </w:r>
    </w:p>
    <w:p>
      <w:r>
        <w:t>Firma:</w:t>
      </w:r>
    </w:p>
    <w:p/>
    <w:p/>
    <w:p>
      <w:r>
        <w:rPr>
          <w:b/>
        </w:rPr>
        <w:t>Documentos que se adjuntan:</w:t>
      </w:r>
    </w:p>
    <w:p>
      <w:r>
        <w:t>1. Copia de la notificación de la denuncia.</w:t>
      </w:r>
    </w:p>
    <w:p>
      <w:r>
        <w:t>2. Copia del DNI.</w:t>
      </w:r>
    </w:p>
    <w:p>
      <w:r>
        <w:t xml:space="preserve">3. </w:t>
      </w:r>
      <w:r>
        <w:rPr>
          <w:highlight w:val="yellow"/>
        </w:rPr>
        <w:t>[Lista cada documento que aportes.]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00" w:lineRule="auto"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